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57858" w14:textId="77777777" w:rsidR="009A1568" w:rsidRDefault="001E6480">
      <w:pPr>
        <w:spacing w:after="40"/>
      </w:pPr>
      <w:r>
        <w:rPr>
          <w:b/>
          <w:color w:val="003366"/>
          <w:sz w:val="36"/>
        </w:rPr>
        <w:t>Master of Information Systems (MIS) Graduate Program Planner</w:t>
      </w:r>
    </w:p>
    <w:p w14:paraId="0966A329" w14:textId="77777777" w:rsidR="009A1568" w:rsidRDefault="001E6480">
      <w:pPr>
        <w:spacing w:after="240"/>
      </w:pPr>
      <w:r>
        <w:rPr>
          <w:color w:val="555555"/>
          <w:sz w:val="22"/>
        </w:rPr>
        <w:t>Academic Cycle: Summer 2026 – Spring 2028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80"/>
      </w:tblGrid>
      <w:tr w:rsidR="009A1568" w14:paraId="0092C04C" w14:textId="77777777">
        <w:trPr>
          <w:jc w:val="center"/>
        </w:trPr>
        <w:tc>
          <w:tcPr>
            <w:tcW w:w="13680" w:type="dxa"/>
            <w:tcBorders>
              <w:left w:val="single" w:sz="24" w:space="0" w:color="D9534F"/>
            </w:tcBorders>
            <w:shd w:val="clear" w:color="auto" w:fill="F4F6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18E118B" w14:textId="77777777" w:rsidR="009A1568" w:rsidRDefault="001E6480">
            <w:pPr>
              <w:spacing w:after="80"/>
            </w:pPr>
            <w:r>
              <w:rPr>
                <w:b/>
              </w:rPr>
              <w:t xml:space="preserve">Important Note: </w:t>
            </w:r>
            <w:r>
              <w:t>A course may be cancelled due to low enrollment. Additionally, the instruction modality may be adjusted depending on student cohort composition.</w:t>
            </w:r>
          </w:p>
          <w:p w14:paraId="0243DD70" w14:textId="77777777" w:rsidR="009A1568" w:rsidRDefault="001E6480">
            <w:pPr>
              <w:spacing w:after="0"/>
            </w:pPr>
            <w:r>
              <w:rPr>
                <w:i/>
                <w:color w:val="555555"/>
                <w:sz w:val="18"/>
              </w:rPr>
              <w:t>Accessibility Note: This document contains accessible heading hierarchies and natively structured tables with explicit column headers for screen reader compatibility.</w:t>
            </w:r>
          </w:p>
        </w:tc>
      </w:tr>
    </w:tbl>
    <w:p w14:paraId="18E7D657" w14:textId="77777777" w:rsidR="009A1568" w:rsidRDefault="001E6480">
      <w:pPr>
        <w:spacing w:before="360" w:after="120"/>
      </w:pPr>
      <w:r>
        <w:rPr>
          <w:b/>
          <w:color w:val="003366"/>
          <w:sz w:val="26"/>
        </w:rPr>
        <w:t>Required Courses for All Students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720"/>
        <w:gridCol w:w="1440"/>
        <w:gridCol w:w="1440"/>
        <w:gridCol w:w="1440"/>
        <w:gridCol w:w="1440"/>
        <w:gridCol w:w="1440"/>
        <w:gridCol w:w="1440"/>
      </w:tblGrid>
      <w:tr w:rsidR="009A1568" w14:paraId="46422F7A" w14:textId="77777777">
        <w:trPr>
          <w:tblHeader/>
          <w:jc w:val="center"/>
        </w:trPr>
        <w:tc>
          <w:tcPr>
            <w:tcW w:w="360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1690F5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Course Title</w:t>
            </w:r>
          </w:p>
        </w:tc>
        <w:tc>
          <w:tcPr>
            <w:tcW w:w="72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C3C70D" w14:textId="77777777" w:rsidR="009A1568" w:rsidRDefault="001E6480">
            <w:pPr>
              <w:spacing w:before="80" w:after="80"/>
              <w:jc w:val="center"/>
            </w:pPr>
            <w:r>
              <w:rPr>
                <w:b/>
                <w:color w:val="FFFFFF"/>
                <w:sz w:val="19"/>
              </w:rPr>
              <w:t>Crs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B804A9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Summer 2026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97A9A0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Fall 2026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533DFD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Spring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7DC4E3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Summer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F7183A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Fall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6921CA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Spring 2028</w:t>
            </w:r>
          </w:p>
        </w:tc>
      </w:tr>
      <w:tr w:rsidR="009A1568" w14:paraId="452F9ADE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44724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600-Management Info Systems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A1888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BD4F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63DCF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DF083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0A1E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05D0F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4ED43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</w:tr>
      <w:tr w:rsidR="009A1568" w14:paraId="4B514C3C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51788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671-Problem Formulation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490ED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E8A9BD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4A919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8246F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A9602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9A2D7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90352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</w:tr>
      <w:tr w:rsidR="009A1568" w14:paraId="71074102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685C6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MIS694-Cyber Ethics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6A698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51C865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1A6DB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AE311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5F644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5688B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86E2C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</w:tr>
      <w:tr w:rsidR="009A1568" w14:paraId="15BF1642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55DE51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DSCI 620-Project Management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E952D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DD1B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22DF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A658D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69FA0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688F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0CB97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</w:t>
            </w:r>
          </w:p>
        </w:tc>
      </w:tr>
      <w:tr w:rsidR="009A1568" w14:paraId="050A1276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59081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MKTG 600-Marketing Management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59D59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23C2A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BB197C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D7833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Accel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90151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42A2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2476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Accel Async</w:t>
            </w:r>
          </w:p>
        </w:tc>
      </w:tr>
      <w:tr w:rsidR="009A1568" w14:paraId="00E3DD86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2FCC0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MIS699-Capstone (final semester)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74151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1AC1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4159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D523F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8EF2F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CD60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BE9C5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</w:tr>
    </w:tbl>
    <w:p w14:paraId="40B5FE93" w14:textId="77777777" w:rsidR="009A1568" w:rsidRDefault="001E6480">
      <w:pPr>
        <w:spacing w:before="360" w:after="120"/>
      </w:pPr>
      <w:r>
        <w:rPr>
          <w:b/>
          <w:color w:val="003366"/>
          <w:sz w:val="26"/>
        </w:rPr>
        <w:t>Elective Courses (14 Credits Required)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720"/>
        <w:gridCol w:w="1440"/>
        <w:gridCol w:w="1440"/>
        <w:gridCol w:w="1440"/>
        <w:gridCol w:w="1440"/>
        <w:gridCol w:w="1440"/>
        <w:gridCol w:w="1440"/>
      </w:tblGrid>
      <w:tr w:rsidR="009A1568" w14:paraId="035F986A" w14:textId="77777777">
        <w:trPr>
          <w:tblHeader/>
          <w:jc w:val="center"/>
        </w:trPr>
        <w:tc>
          <w:tcPr>
            <w:tcW w:w="360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F41D47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Course Title</w:t>
            </w:r>
          </w:p>
        </w:tc>
        <w:tc>
          <w:tcPr>
            <w:tcW w:w="72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1403DC" w14:textId="77777777" w:rsidR="009A1568" w:rsidRDefault="001E6480">
            <w:pPr>
              <w:spacing w:before="80" w:after="80"/>
              <w:jc w:val="center"/>
            </w:pPr>
            <w:r>
              <w:rPr>
                <w:b/>
                <w:color w:val="FFFFFF"/>
                <w:sz w:val="19"/>
              </w:rPr>
              <w:t>Crs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E4EB4F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Summer 2026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240E1E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Fall 2026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3E5544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Spring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59C64D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Summer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96571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Fall 2027</w:t>
            </w:r>
          </w:p>
        </w:tc>
        <w:tc>
          <w:tcPr>
            <w:tcW w:w="1440" w:type="dxa"/>
            <w:tcBorders>
              <w:top w:val="single" w:sz="4" w:space="0" w:color="002244"/>
              <w:left w:val="single" w:sz="4" w:space="0" w:color="002244"/>
              <w:bottom w:val="single" w:sz="4" w:space="0" w:color="002244"/>
              <w:right w:val="single" w:sz="4" w:space="0" w:color="002244"/>
            </w:tcBorders>
            <w:shd w:val="clear" w:color="auto" w:fill="00336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55886E" w14:textId="77777777" w:rsidR="009A1568" w:rsidRDefault="001E6480">
            <w:pPr>
              <w:spacing w:before="80" w:after="80"/>
            </w:pPr>
            <w:r>
              <w:rPr>
                <w:b/>
                <w:color w:val="FFFFFF"/>
                <w:sz w:val="19"/>
              </w:rPr>
              <w:t>Spring 2028</w:t>
            </w:r>
          </w:p>
        </w:tc>
      </w:tr>
      <w:tr w:rsidR="009A1568" w14:paraId="6DAF288B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6D3AF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621-Information Systems Analysis &amp; Design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38464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AC36C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77F0EE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2CD7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1943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EF19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72D3C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</w:tr>
      <w:tr w:rsidR="009A1568" w14:paraId="0E44B2ED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33CDA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lastRenderedPageBreak/>
              <w:t>MIS 628-Applications Development I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267D0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570B4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17092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8804E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F266D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1E14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4BB3FC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</w:tr>
      <w:tr w:rsidR="009A1568" w14:paraId="77B06599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0E28B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635-Management and Use of Databases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FF464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F90F2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86DF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FF666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8C7427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0F8D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7804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</w:tr>
      <w:tr w:rsidR="009A1568" w14:paraId="04354077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6A7ED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653-Supply Chain Information Systems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506FD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9F43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B002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61C317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62AE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9198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4B3DF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</w:tr>
      <w:tr w:rsidR="009A1568" w14:paraId="468A65DC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6CF87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667-Telecommunications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42DA8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86809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C1196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B8C0C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98790E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8FFFA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0F74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</w:tr>
      <w:tr w:rsidR="009A1568" w14:paraId="20C3EE97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27C51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675-Risk Management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80FA3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C9C63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82FF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52B2A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5D495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09286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ED952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</w:tr>
      <w:tr w:rsidR="009A1568" w14:paraId="450C4B96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A4DB7E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684-MIS Auditing and Security Controls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8532F0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FE393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A55B2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46589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C18B46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8BDEB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AB0C6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In Person</w:t>
            </w:r>
          </w:p>
        </w:tc>
      </w:tr>
      <w:tr w:rsidR="009A1568" w14:paraId="3C72F4A9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C810D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685-Data Mining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F951B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F80E4A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912DD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5640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A4B49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726F5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CE4D29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</w:tr>
      <w:tr w:rsidR="009A1568" w14:paraId="05392BFC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0DE46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687-Business Analytics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BE5F8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219F5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9AB50E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0A6E3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F3346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ED1FB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A63F2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</w:tr>
      <w:tr w:rsidR="009A1568" w14:paraId="03772A0F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5919C4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688-Predictive Analytics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E6F62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43F41F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903DA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5C40B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ED1F4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97681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BF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3E5E4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Online Async</w:t>
            </w:r>
          </w:p>
        </w:tc>
      </w:tr>
      <w:tr w:rsidR="009A1568" w14:paraId="1607536E" w14:textId="77777777">
        <w:trPr>
          <w:cantSplit/>
          <w:jc w:val="center"/>
        </w:trPr>
        <w:tc>
          <w:tcPr>
            <w:tcW w:w="3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9526D8" w14:textId="77777777" w:rsidR="009A1568" w:rsidRDefault="001E6480">
            <w:pPr>
              <w:spacing w:before="60" w:after="60"/>
            </w:pPr>
            <w:r>
              <w:rPr>
                <w:b/>
                <w:sz w:val="18"/>
              </w:rPr>
              <w:t>MIS 689-Applied Artificial Intelligence for Business</w:t>
            </w:r>
          </w:p>
        </w:tc>
        <w:tc>
          <w:tcPr>
            <w:tcW w:w="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FD216" w14:textId="77777777" w:rsidR="009A1568" w:rsidRDefault="001E6480">
            <w:pPr>
              <w:spacing w:before="60" w:after="6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B5083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C861B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1B5D1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8DE13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C8639" w14:textId="77777777" w:rsidR="009A1568" w:rsidRDefault="001E6480">
            <w:pPr>
              <w:spacing w:before="60" w:after="60"/>
              <w:jc w:val="center"/>
            </w:pPr>
            <w:r w:rsidRPr="00256DBA">
              <w:rPr>
                <w:i/>
                <w:color w:val="auto"/>
                <w:sz w:val="18"/>
              </w:rPr>
              <w:t>—</w:t>
            </w:r>
          </w:p>
        </w:tc>
        <w:tc>
          <w:tcPr>
            <w:tcW w:w="14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61458" w14:textId="77777777" w:rsidR="009A1568" w:rsidRDefault="001E6480">
            <w:pPr>
              <w:spacing w:before="60" w:after="60"/>
            </w:pPr>
            <w:r>
              <w:rPr>
                <w:sz w:val="18"/>
              </w:rPr>
              <w:t>Hybrid</w:t>
            </w:r>
          </w:p>
        </w:tc>
      </w:tr>
    </w:tbl>
    <w:p w14:paraId="3218662C" w14:textId="77777777" w:rsidR="006E4CA1" w:rsidRDefault="006E4CA1"/>
    <w:sectPr w:rsidR="006E4CA1" w:rsidSect="0003461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7280688">
    <w:abstractNumId w:val="8"/>
  </w:num>
  <w:num w:numId="2" w16cid:durableId="2124615140">
    <w:abstractNumId w:val="6"/>
  </w:num>
  <w:num w:numId="3" w16cid:durableId="686444929">
    <w:abstractNumId w:val="5"/>
  </w:num>
  <w:num w:numId="4" w16cid:durableId="154956339">
    <w:abstractNumId w:val="4"/>
  </w:num>
  <w:num w:numId="5" w16cid:durableId="1735425107">
    <w:abstractNumId w:val="7"/>
  </w:num>
  <w:num w:numId="6" w16cid:durableId="85200901">
    <w:abstractNumId w:val="3"/>
  </w:num>
  <w:num w:numId="7" w16cid:durableId="1168711880">
    <w:abstractNumId w:val="2"/>
  </w:num>
  <w:num w:numId="8" w16cid:durableId="1372535172">
    <w:abstractNumId w:val="1"/>
  </w:num>
  <w:num w:numId="9" w16cid:durableId="5566703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480"/>
    <w:rsid w:val="00256DBA"/>
    <w:rsid w:val="0029639D"/>
    <w:rsid w:val="00326F90"/>
    <w:rsid w:val="006E4CA1"/>
    <w:rsid w:val="0085121A"/>
    <w:rsid w:val="009A15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3F7DA"/>
  <w14:defaultImageDpi w14:val="300"/>
  <w15:docId w15:val="{09A588F3-AB9D-46C5-9D4C-35076F3F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Spillum, Matthew E</cp:lastModifiedBy>
  <cp:revision>3</cp:revision>
  <dcterms:created xsi:type="dcterms:W3CDTF">2026-07-15T14:16:00Z</dcterms:created>
  <dcterms:modified xsi:type="dcterms:W3CDTF">2026-07-16T12:50:00Z</dcterms:modified>
  <cp:category/>
</cp:coreProperties>
</file>